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B717FA" w14:paraId="58440388" w14:textId="77777777">
        <w:tc>
          <w:tcPr>
            <w:tcW w:w="5184" w:type="dxa"/>
            <w:vAlign w:val="center"/>
          </w:tcPr>
          <w:p w14:paraId="162F12AF" w14:textId="77777777" w:rsidR="00B717FA" w:rsidRDefault="00000000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4E7103B2" wp14:editId="60A7920A">
                  <wp:extent cx="960120" cy="9601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ch4Future logo.jpg"/>
                          <pic:cNvPicPr/>
                        </pic:nvPicPr>
                        <pic:blipFill>
                          <a:blip r:embed="rId8"/>
                          <a:srcRect l="25000" t="23000" r="22000" b="24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vAlign w:val="center"/>
          </w:tcPr>
          <w:p w14:paraId="26EC74A7" w14:textId="77777777" w:rsidR="00B717FA" w:rsidRDefault="00000000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179A6353" wp14:editId="18E12AE4">
                  <wp:extent cx="5120640" cy="9601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a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86294" w14:textId="77777777" w:rsidR="00B717FA" w:rsidRDefault="00000000">
      <w:r>
        <w:rPr>
          <w:sz w:val="18"/>
        </w:rPr>
        <w:t>7970 Brooklyn Blvd N, Brooklyn Park, MN 55445</w:t>
      </w:r>
    </w:p>
    <w:p w14:paraId="27FAB05E" w14:textId="77777777" w:rsidR="00B717FA" w:rsidRDefault="00000000">
      <w:r>
        <w:rPr>
          <w:sz w:val="18"/>
        </w:rPr>
        <w:t>833-508-1003  |  MN.repairclinic@t4f-global.org  |  www.t4f-global.org</w:t>
      </w:r>
    </w:p>
    <w:p w14:paraId="574CCF81" w14:textId="77777777" w:rsidR="00B717FA" w:rsidRDefault="00000000">
      <w:pPr>
        <w:pStyle w:val="Title"/>
      </w:pPr>
      <w:r>
        <w:t>Large Donation Pickup Request</w:t>
      </w:r>
    </w:p>
    <w:p w14:paraId="38C15B09" w14:textId="77777777" w:rsidR="00B717FA" w:rsidRDefault="00000000">
      <w:r>
        <w:t>Use this form to request collection of multiple devices from a business, school, organization, or individual. Our team will review the equipment, location, and collection capacity before confirming a pickup.</w:t>
      </w:r>
    </w:p>
    <w:p w14:paraId="6CCE3392" w14:textId="77777777" w:rsidR="00B717FA" w:rsidRDefault="00000000">
      <w:r>
        <w:t>Request date ____________________   Request reference ____________________</w:t>
      </w:r>
    </w:p>
    <w:p w14:paraId="3D9D56EF" w14:textId="77777777" w:rsidR="00B717FA" w:rsidRDefault="00000000">
      <w:pPr>
        <w:pStyle w:val="Heading1"/>
      </w:pPr>
      <w:r>
        <w:t>1  Donor and contact details</w:t>
      </w:r>
    </w:p>
    <w:p w14:paraId="581CE212" w14:textId="77777777" w:rsidR="00B717FA" w:rsidRDefault="00000000">
      <w:r>
        <w:t>Organization or donor name  ____________________________________________</w:t>
      </w:r>
    </w:p>
    <w:p w14:paraId="67199ECF" w14:textId="77777777" w:rsidR="00B717FA" w:rsidRDefault="00000000">
      <w:r>
        <w:t>Contact person and title  ______________________________________________</w:t>
      </w:r>
    </w:p>
    <w:p w14:paraId="5CEE55F8" w14:textId="77777777" w:rsidR="00B717FA" w:rsidRDefault="00000000">
      <w:r>
        <w:t>Phone __________________________   Email __________________________________</w:t>
      </w:r>
    </w:p>
    <w:p w14:paraId="3E650514" w14:textId="77777777" w:rsidR="00B717FA" w:rsidRDefault="00000000">
      <w:r>
        <w:t>Pickup street address  _________________________________________________</w:t>
      </w:r>
    </w:p>
    <w:p w14:paraId="44809F04" w14:textId="77777777" w:rsidR="00B717FA" w:rsidRDefault="00000000">
      <w:r>
        <w:t>City State ZIP  ________________________________________________________</w:t>
      </w:r>
    </w:p>
    <w:p w14:paraId="156132A0" w14:textId="77777777" w:rsidR="00B717FA" w:rsidRDefault="00000000">
      <w:r>
        <w:t>On-site contact and phone if different  ________________________________</w:t>
      </w:r>
    </w:p>
    <w:p w14:paraId="4CDFD341" w14:textId="77777777" w:rsidR="00B717FA" w:rsidRDefault="00000000">
      <w:pPr>
        <w:pStyle w:val="Heading1"/>
      </w:pPr>
      <w:r>
        <w:t>2  Equipment available</w:t>
      </w:r>
    </w:p>
    <w:p w14:paraId="41B8481E" w14:textId="77777777" w:rsidR="00B717FA" w:rsidRDefault="00000000">
      <w:r>
        <w:rPr>
          <w:sz w:val="18"/>
        </w:rPr>
        <w:t>Provide estimated quantities and known faults. Attach a detailed inventory with serial or asset IDs if available. Do not list passwords.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2880"/>
        <w:gridCol w:w="2592"/>
        <w:gridCol w:w="4608"/>
      </w:tblGrid>
      <w:tr w:rsidR="00B717FA" w14:paraId="652AAD53" w14:textId="77777777"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55B38921" w14:textId="77777777" w:rsidR="00B717FA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Equipment type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63A095D8" w14:textId="77777777" w:rsidR="00B717FA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Brand and model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22A17E06" w14:textId="77777777" w:rsidR="00B717FA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9243F"/>
          </w:tcPr>
          <w:p w14:paraId="286C7E01" w14:textId="77777777" w:rsidR="00B717FA" w:rsidRDefault="00000000">
            <w:pPr>
              <w:spacing w:before="100" w:after="100"/>
            </w:pPr>
            <w:r>
              <w:rPr>
                <w:b/>
                <w:color w:val="FFFFFF"/>
                <w:sz w:val="18"/>
              </w:rPr>
              <w:t>Condition and accessories</w:t>
            </w:r>
          </w:p>
        </w:tc>
      </w:tr>
      <w:tr w:rsidR="00B717FA" w14:paraId="763CDE34" w14:textId="77777777"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483580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A393C01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BFB74C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E7BCA6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</w:tr>
      <w:tr w:rsidR="00B717FA" w14:paraId="7CE6D453" w14:textId="77777777"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25700C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483946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CA261F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25381F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</w:tr>
      <w:tr w:rsidR="00B717FA" w14:paraId="5F38D4BD" w14:textId="77777777"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6C76E7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1A5468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25077A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9CAA29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</w:tr>
      <w:tr w:rsidR="00B717FA" w14:paraId="70E31AF0" w14:textId="77777777"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463B71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B631D49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67856A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75EBC8" w14:textId="77777777" w:rsidR="00B717FA" w:rsidRDefault="00000000">
            <w:pPr>
              <w:spacing w:before="100" w:after="100"/>
            </w:pPr>
            <w:r>
              <w:rPr>
                <w:color w:val="000000"/>
                <w:sz w:val="18"/>
              </w:rPr>
              <w:br/>
            </w:r>
          </w:p>
        </w:tc>
      </w:tr>
    </w:tbl>
    <w:p w14:paraId="538D6DBC" w14:textId="77777777" w:rsidR="00B717FA" w:rsidRDefault="00000000">
      <w:r>
        <w:rPr>
          <w:sz w:val="18"/>
        </w:rPr>
        <w:t>Total devices ________   Approximate boxes or pallets ________   Inventory attached ☐ Yes ☐ No</w:t>
      </w:r>
    </w:p>
    <w:p w14:paraId="73B7AB92" w14:textId="77777777" w:rsidR="00B717FA" w:rsidRDefault="00000000">
      <w:r>
        <w:rPr>
          <w:sz w:val="18"/>
        </w:rPr>
        <w:t>Equipment photographs available   ☐ Yes   ☐ No     Chargers included   ☐ All   ☐ Some   ☐ None</w:t>
      </w:r>
    </w:p>
    <w:p w14:paraId="683DFDEB" w14:textId="77777777" w:rsidR="00B717FA" w:rsidRDefault="00000000">
      <w:r>
        <w:rPr>
          <w:sz w:val="18"/>
        </w:rPr>
        <w:t>Battery condition concerns   ☐ None known   ☐ Swollen damaged or leaking   ☐ Unknown</w:t>
      </w:r>
    </w:p>
    <w:p w14:paraId="2D430035" w14:textId="77777777" w:rsidR="00B717FA" w:rsidRDefault="00000000">
      <w:r>
        <w:t>Other equipment or condition details  __________________________________</w:t>
      </w:r>
    </w:p>
    <w:p w14:paraId="7E6BB0F1" w14:textId="77777777" w:rsidR="00B717FA" w:rsidRDefault="00000000">
      <w:r>
        <w:br w:type="page"/>
      </w:r>
    </w:p>
    <w:p w14:paraId="046FF687" w14:textId="77777777" w:rsidR="00B717FA" w:rsidRDefault="00000000">
      <w:r>
        <w:rPr>
          <w:sz w:val="24"/>
        </w:rPr>
        <w:lastRenderedPageBreak/>
        <w:t>Tech4Future-MN  |  Large Donation Pickup Request</w:t>
      </w:r>
    </w:p>
    <w:p w14:paraId="56515EF3" w14:textId="77777777" w:rsidR="00B717FA" w:rsidRDefault="00000000">
      <w:r>
        <w:t>Donor or organization ______________________   Request reference __________________</w:t>
      </w:r>
    </w:p>
    <w:p w14:paraId="0AB47C2D" w14:textId="77777777" w:rsidR="00B717FA" w:rsidRDefault="00000000">
      <w:pPr>
        <w:pStyle w:val="Heading1"/>
      </w:pPr>
      <w:r>
        <w:t>3  Scheduling preferences</w:t>
      </w:r>
    </w:p>
    <w:p w14:paraId="490C9367" w14:textId="77777777" w:rsidR="00B717FA" w:rsidRDefault="00000000">
      <w:r>
        <w:t>First preferred date __________________   Time window __________________</w:t>
      </w:r>
    </w:p>
    <w:p w14:paraId="027FB415" w14:textId="77777777" w:rsidR="00B717FA" w:rsidRDefault="00000000">
      <w:r>
        <w:t>Alternative date _____________________   Time window __________________</w:t>
      </w:r>
    </w:p>
    <w:p w14:paraId="782C3F0D" w14:textId="77777777" w:rsidR="00B717FA" w:rsidRDefault="00000000">
      <w:r>
        <w:t>Removal deadline if applicable __________________   Flexible schedule   ☐ Yes   ☐ No</w:t>
      </w:r>
    </w:p>
    <w:p w14:paraId="547BC31F" w14:textId="77777777" w:rsidR="00B717FA" w:rsidRDefault="00000000">
      <w:pPr>
        <w:pStyle w:val="Heading1"/>
      </w:pPr>
      <w:r>
        <w:t>4  Pickup access and handling</w:t>
      </w:r>
    </w:p>
    <w:p w14:paraId="2AF94E4F" w14:textId="77777777" w:rsidR="00B717FA" w:rsidRDefault="00000000">
      <w:r>
        <w:t>Location   ☐ Ground floor   ☐ Upper floor   ☐ Basement     Floor number __________</w:t>
      </w:r>
    </w:p>
    <w:p w14:paraId="393E0291" w14:textId="77777777" w:rsidR="00B717FA" w:rsidRDefault="00000000">
      <w:r>
        <w:t>Elevator   ☐ Yes   ☐ No   ☐ Not needed     Stairs or steps ______________________</w:t>
      </w:r>
    </w:p>
    <w:p w14:paraId="1AF554A9" w14:textId="77777777" w:rsidR="00B717FA" w:rsidRDefault="00000000">
      <w:r>
        <w:t>Loading dock   ☐ Yes   ☐ No     Nearby vehicle parking   ☐ Yes   ☐ No</w:t>
      </w:r>
    </w:p>
    <w:p w14:paraId="50BDA505" w14:textId="77777777" w:rsidR="00B717FA" w:rsidRDefault="00000000">
      <w:r>
        <w:t>Equipment packed   ☐ Boxes   ☐ Pallets   ☐ Loose     Loading assistance   ☐ Yes   ☐ No</w:t>
      </w:r>
    </w:p>
    <w:p w14:paraId="1670918D" w14:textId="77777777" w:rsidR="00B717FA" w:rsidRDefault="00000000">
      <w:r>
        <w:t>Parking loading access hours or entry instructions  ____________________</w:t>
      </w:r>
    </w:p>
    <w:p w14:paraId="778C94CD" w14:textId="77777777" w:rsidR="00B717FA" w:rsidRDefault="00000000">
      <w:r>
        <w:t>Heavy items approximate size and weight  _______________________________</w:t>
      </w:r>
    </w:p>
    <w:p w14:paraId="673580B8" w14:textId="77777777" w:rsidR="00B717FA" w:rsidRDefault="00000000">
      <w:r>
        <w:t>Site restrictions or hazards to discuss before collection  _____________</w:t>
      </w:r>
    </w:p>
    <w:p w14:paraId="0A98039D" w14:textId="77777777" w:rsidR="00B717FA" w:rsidRDefault="00000000">
      <w:pPr>
        <w:pStyle w:val="Heading1"/>
      </w:pPr>
      <w:r>
        <w:t>5  Preparation and donor acknowledgment</w:t>
      </w:r>
    </w:p>
    <w:p w14:paraId="04CF5FAD" w14:textId="77777777" w:rsidR="00B717FA" w:rsidRDefault="00000000">
      <w:r>
        <w:rPr>
          <w:sz w:val="18"/>
        </w:rPr>
        <w:t>Please check each item that applies. Discuss unresolved items with our team before pickup.</w:t>
      </w:r>
    </w:p>
    <w:p w14:paraId="229627D2" w14:textId="77777777" w:rsidR="00B717FA" w:rsidRDefault="00000000">
      <w:r>
        <w:t>☐ I own this equipment or am authorized to donate it.</w:t>
      </w:r>
      <w:r>
        <w:br/>
        <w:t>☐ Personal files are backed up and personal information has been removed.</w:t>
      </w:r>
      <w:r>
        <w:br/>
        <w:t>☐ Accounts are signed out and device or tablet activation locks are disabled.</w:t>
      </w:r>
      <w:r>
        <w:br/>
        <w:t>☐ Equipment will be disconnected and ready at the agreed collection location.</w:t>
      </w:r>
    </w:p>
    <w:p w14:paraId="75827110" w14:textId="77777777" w:rsidR="00B717FA" w:rsidRDefault="00000000">
      <w:r>
        <w:t>I confirm that the information provided is accurate to the best of my knowledge. I consent to contact about this request. Equipment acceptance and pickup remain subject to review and written confirmation by Tech4Future-MN. This request does not guarantee collection or data destruction services. Any data preparation concerns will be discussed before handover.</w:t>
      </w:r>
    </w:p>
    <w:p w14:paraId="2838617C" w14:textId="77777777" w:rsidR="00B717FA" w:rsidRDefault="00000000">
      <w:r>
        <w:t>Preparation assistance requested or other comments  ____________________</w:t>
      </w:r>
    </w:p>
    <w:p w14:paraId="16009077" w14:textId="77777777" w:rsidR="00B717FA" w:rsidRDefault="00000000">
      <w:r>
        <w:t>Authorized representative signature  ___________________________________</w:t>
      </w:r>
    </w:p>
    <w:p w14:paraId="2EB2E479" w14:textId="77777777" w:rsidR="00B717FA" w:rsidRDefault="00000000">
      <w:r>
        <w:t>Printed name _________________________________   Date __________________</w:t>
      </w:r>
    </w:p>
    <w:p w14:paraId="1FF3B520" w14:textId="77777777" w:rsidR="00B717FA" w:rsidRDefault="00000000">
      <w:pPr>
        <w:pStyle w:val="Heading1"/>
      </w:pPr>
      <w:r>
        <w:t>6  Staff review and pickup confirmation</w:t>
      </w:r>
    </w:p>
    <w:p w14:paraId="637844D2" w14:textId="77777777" w:rsidR="00B717FA" w:rsidRDefault="00000000">
      <w:r>
        <w:rPr>
          <w:sz w:val="18"/>
        </w:rPr>
        <w:t>Reviewed by _________________________   Review date __________________</w:t>
      </w:r>
    </w:p>
    <w:p w14:paraId="17F50EF9" w14:textId="77777777" w:rsidR="00B717FA" w:rsidRDefault="00000000">
      <w:r>
        <w:rPr>
          <w:sz w:val="18"/>
        </w:rPr>
        <w:t>Status   ☐ Pending   ☐ More information needed   ☐ Approved   ☐ Declined</w:t>
      </w:r>
    </w:p>
    <w:p w14:paraId="2F4C2267" w14:textId="77777777" w:rsidR="00B717FA" w:rsidRDefault="00000000">
      <w:r>
        <w:rPr>
          <w:sz w:val="18"/>
        </w:rPr>
        <w:t>Confirmed date and time __________________   Assigned team __________________</w:t>
      </w:r>
    </w:p>
    <w:p w14:paraId="16D088E3" w14:textId="77777777" w:rsidR="00B717FA" w:rsidRDefault="00000000">
      <w:r>
        <w:rPr>
          <w:sz w:val="18"/>
        </w:rPr>
        <w:t>Accepted devices ________   Vehicle or handling needs __________________________</w:t>
      </w:r>
    </w:p>
    <w:p w14:paraId="59201A2B" w14:textId="77777777" w:rsidR="00B717FA" w:rsidRDefault="00000000">
      <w:r>
        <w:rPr>
          <w:sz w:val="18"/>
        </w:rPr>
        <w:t>Confirmation sent on __________________   ☐ Email   ☐ Phone     Intake reference __________</w:t>
      </w:r>
    </w:p>
    <w:p w14:paraId="3F98DC2E" w14:textId="77777777" w:rsidR="00B717FA" w:rsidRDefault="00000000">
      <w:r>
        <w:t>Follow-up notes  _______________________________________________________</w:t>
      </w:r>
    </w:p>
    <w:p w14:paraId="6643B483" w14:textId="77777777" w:rsidR="00B717FA" w:rsidRDefault="00000000">
      <w:r>
        <w:rPr>
          <w:sz w:val="18"/>
        </w:rPr>
        <w:t>Submit this completed form to MN.repairclinic@t4f-global.org. Call 833-508-1003 for assistance.</w:t>
      </w:r>
    </w:p>
    <w:sectPr w:rsidR="00B717FA" w:rsidSect="00034616"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593C2" w14:textId="77777777" w:rsidR="0018524D" w:rsidRDefault="0018524D">
      <w:pPr>
        <w:spacing w:after="0"/>
      </w:pPr>
      <w:r>
        <w:separator/>
      </w:r>
    </w:p>
  </w:endnote>
  <w:endnote w:type="continuationSeparator" w:id="0">
    <w:p w14:paraId="08562BBC" w14:textId="77777777" w:rsidR="0018524D" w:rsidRDefault="001852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2E618" w14:textId="77777777" w:rsidR="00B717FA" w:rsidRDefault="00000000">
    <w:r>
      <w:rPr>
        <w:sz w:val="16"/>
      </w:rPr>
      <w:t>Tech4Future-</w:t>
    </w:r>
    <w:proofErr w:type="gramStart"/>
    <w:r>
      <w:rPr>
        <w:sz w:val="16"/>
      </w:rPr>
      <w:t>MN  •</w:t>
    </w:r>
    <w:proofErr w:type="gramEnd"/>
    <w:r>
      <w:rPr>
        <w:sz w:val="16"/>
      </w:rPr>
      <w:t xml:space="preserve">  Large Donation Pickup </w:t>
    </w:r>
    <w:proofErr w:type="gramStart"/>
    <w:r>
      <w:rPr>
        <w:sz w:val="16"/>
      </w:rPr>
      <w:t>Request  |</w:t>
    </w:r>
    <w:proofErr w:type="gramEnd"/>
    <w:r>
      <w:rPr>
        <w:sz w:val="16"/>
      </w:rPr>
      <w:t xml:space="preserve">  Page </w:t>
    </w:r>
    <w:r>
      <w:fldChar w:fldCharType="begin"/>
    </w:r>
    <w:r>
      <w:instrText>PAGE</w:instrText>
    </w:r>
    <w:r>
      <w:fldChar w:fldCharType="separate"/>
    </w:r>
    <w:r w:rsidR="001956B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01604" w14:textId="77777777" w:rsidR="0018524D" w:rsidRDefault="0018524D">
      <w:pPr>
        <w:spacing w:after="0"/>
      </w:pPr>
      <w:r>
        <w:separator/>
      </w:r>
    </w:p>
  </w:footnote>
  <w:footnote w:type="continuationSeparator" w:id="0">
    <w:p w14:paraId="570FEA25" w14:textId="77777777" w:rsidR="0018524D" w:rsidRDefault="001852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5004628">
    <w:abstractNumId w:val="8"/>
  </w:num>
  <w:num w:numId="2" w16cid:durableId="298343602">
    <w:abstractNumId w:val="6"/>
  </w:num>
  <w:num w:numId="3" w16cid:durableId="630477513">
    <w:abstractNumId w:val="5"/>
  </w:num>
  <w:num w:numId="4" w16cid:durableId="1230194590">
    <w:abstractNumId w:val="4"/>
  </w:num>
  <w:num w:numId="5" w16cid:durableId="304772935">
    <w:abstractNumId w:val="7"/>
  </w:num>
  <w:num w:numId="6" w16cid:durableId="259990164">
    <w:abstractNumId w:val="3"/>
  </w:num>
  <w:num w:numId="7" w16cid:durableId="572129877">
    <w:abstractNumId w:val="2"/>
  </w:num>
  <w:num w:numId="8" w16cid:durableId="1347947182">
    <w:abstractNumId w:val="1"/>
  </w:num>
  <w:num w:numId="9" w16cid:durableId="1430616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524D"/>
    <w:rsid w:val="001956BC"/>
    <w:rsid w:val="0029639D"/>
    <w:rsid w:val="00326F90"/>
    <w:rsid w:val="00AA1D8D"/>
    <w:rsid w:val="00B47730"/>
    <w:rsid w:val="00B717FA"/>
    <w:rsid w:val="00CB0664"/>
    <w:rsid w:val="00DC4B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993A2A"/>
  <w14:defaultImageDpi w14:val="300"/>
  <w15:docId w15:val="{C9F0D2FB-0F2A-494C-A5DB-3F48A60A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Neese, Chester T</cp:lastModifiedBy>
  <cp:revision>2</cp:revision>
  <dcterms:created xsi:type="dcterms:W3CDTF">2026-10-01T04:50:00Z</dcterms:created>
  <dcterms:modified xsi:type="dcterms:W3CDTF">2026-10-01T04:50:00Z</dcterms:modified>
  <cp:category/>
</cp:coreProperties>
</file>