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082D" w14:textId="77777777" w:rsidR="009960F9" w:rsidRDefault="00000000">
      <w:pPr>
        <w:spacing w:line="276" w:lineRule="auto"/>
      </w:pPr>
      <w:r>
        <w:rPr>
          <w:noProof/>
        </w:rPr>
        <w:drawing>
          <wp:inline distT="0" distB="0" distL="0" distR="0" wp14:anchorId="638193C1" wp14:editId="7D0E2DB3">
            <wp:extent cx="1051560" cy="1051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4Future logo.jpg"/>
                    <pic:cNvPicPr/>
                  </pic:nvPicPr>
                  <pic:blipFill>
                    <a:blip r:embed="rId8"/>
                    <a:srcRect l="25000" t="23000" r="22000" b="24000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3FC1D05" wp14:editId="19F21F5C">
            <wp:extent cx="5166360" cy="1051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58DA" w14:textId="77777777" w:rsidR="009960F9" w:rsidRDefault="00000000">
      <w:r>
        <w:rPr>
          <w:sz w:val="18"/>
        </w:rPr>
        <w:t>7970 Brooklyn Blvd N, Brooklyn Park, MN 55445</w:t>
      </w:r>
    </w:p>
    <w:p w14:paraId="05636703" w14:textId="77777777" w:rsidR="009960F9" w:rsidRDefault="00000000">
      <w:r>
        <w:rPr>
          <w:sz w:val="18"/>
        </w:rPr>
        <w:t>833-508-1003  |  MN.repairclinic@t4f-global.org  |  www.t4f-global.org</w:t>
      </w:r>
    </w:p>
    <w:p w14:paraId="517390F7" w14:textId="77777777" w:rsidR="009960F9" w:rsidRDefault="00000000">
      <w:pPr>
        <w:pStyle w:val="Title"/>
      </w:pPr>
      <w:r>
        <w:t>Equipment Donation Form</w:t>
      </w:r>
    </w:p>
    <w:p w14:paraId="598D3A62" w14:textId="77777777" w:rsidR="009960F9" w:rsidRDefault="00000000">
      <w:r>
        <w:t>Complete this form to offer equipment for student learning. Our team will confirm acceptance and coordinate the donation. Please contact us before delivering or shipping devices.</w:t>
      </w:r>
    </w:p>
    <w:p w14:paraId="1A059599" w14:textId="77777777" w:rsidR="009960F9" w:rsidRDefault="00000000">
      <w:r>
        <w:t>Date ____________________     Donation reference ____________________</w:t>
      </w:r>
    </w:p>
    <w:p w14:paraId="6348D9CF" w14:textId="77777777" w:rsidR="009960F9" w:rsidRDefault="00000000">
      <w:pPr>
        <w:pStyle w:val="Heading1"/>
      </w:pPr>
      <w:r>
        <w:t>1  Donor information</w:t>
      </w:r>
    </w:p>
    <w:p w14:paraId="7CD8C21F" w14:textId="77777777" w:rsidR="009960F9" w:rsidRDefault="00000000">
      <w:r>
        <w:t>Donor name  ____________________________________________________________</w:t>
      </w:r>
    </w:p>
    <w:p w14:paraId="229C1CFE" w14:textId="77777777" w:rsidR="009960F9" w:rsidRDefault="00000000">
      <w:r>
        <w:t>Business or organization if applicable  ________________________________</w:t>
      </w:r>
    </w:p>
    <w:p w14:paraId="5A110E52" w14:textId="77777777" w:rsidR="009960F9" w:rsidRDefault="00000000">
      <w:r>
        <w:t>Contact person and title  ______________________________________________</w:t>
      </w:r>
    </w:p>
    <w:p w14:paraId="5B5F35A8" w14:textId="77777777" w:rsidR="009960F9" w:rsidRDefault="00000000">
      <w:r>
        <w:t>Email  _________________________________________________________________</w:t>
      </w:r>
    </w:p>
    <w:p w14:paraId="6E9A4E03" w14:textId="77777777" w:rsidR="009960F9" w:rsidRDefault="00000000">
      <w:r>
        <w:t>Phone  _________________________________________________________________</w:t>
      </w:r>
    </w:p>
    <w:p w14:paraId="30AFBD15" w14:textId="77777777" w:rsidR="009960F9" w:rsidRDefault="00000000">
      <w:r>
        <w:t>Mailing address  _______________________________________________________</w:t>
      </w:r>
    </w:p>
    <w:p w14:paraId="60F588FF" w14:textId="77777777" w:rsidR="009960F9" w:rsidRDefault="00000000">
      <w:r>
        <w:t>City State ZIP  ________________________________________________________</w:t>
      </w:r>
    </w:p>
    <w:p w14:paraId="46958B95" w14:textId="77777777" w:rsidR="009960F9" w:rsidRDefault="00000000">
      <w:r>
        <w:t>Donor type   ☐ Individual   ☐ Business   ☐ School   ☐ Community organization   ☐ Other</w:t>
      </w:r>
    </w:p>
    <w:p w14:paraId="7218B103" w14:textId="77777777" w:rsidR="009960F9" w:rsidRDefault="00000000">
      <w:pPr>
        <w:pStyle w:val="Heading1"/>
      </w:pPr>
      <w:r>
        <w:t>2  Equipment offered</w:t>
      </w:r>
    </w:p>
    <w:p w14:paraId="384BB0C8" w14:textId="77777777" w:rsidR="009960F9" w:rsidRDefault="00000000">
      <w:r>
        <w:rPr>
          <w:sz w:val="18"/>
        </w:rPr>
        <w:t>List one device or a matching group per row. Attach an inventory for larger donations. Do not include passwords or account credentials.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074"/>
        <w:gridCol w:w="2520"/>
        <w:gridCol w:w="2880"/>
      </w:tblGrid>
      <w:tr w:rsidR="009960F9" w14:paraId="5CA55FAC" w14:textId="77777777">
        <w:tc>
          <w:tcPr>
            <w:tcW w:w="20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4AC9C9B0" w14:textId="77777777" w:rsidR="009960F9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Device type</w:t>
            </w:r>
          </w:p>
        </w:tc>
        <w:tc>
          <w:tcPr>
            <w:tcW w:w="20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3A4B4765" w14:textId="77777777" w:rsidR="009960F9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Brand and model</w:t>
            </w:r>
          </w:p>
        </w:tc>
        <w:tc>
          <w:tcPr>
            <w:tcW w:w="20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74FEBB17" w14:textId="77777777" w:rsidR="009960F9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w="20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6B5C538B" w14:textId="77777777" w:rsidR="009960F9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Condition and faults</w:t>
            </w:r>
          </w:p>
        </w:tc>
        <w:tc>
          <w:tcPr>
            <w:tcW w:w="20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4FFDF4CE" w14:textId="77777777" w:rsidR="009960F9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Serial or asset ID</w:t>
            </w:r>
          </w:p>
        </w:tc>
      </w:tr>
      <w:tr w:rsidR="009960F9" w14:paraId="5064AB78" w14:textId="77777777"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542559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299555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6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52BB17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E039B1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12416C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  <w:tr w:rsidR="009960F9" w14:paraId="564BBB39" w14:textId="77777777"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12EF43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71C0EC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6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02E092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6E1BC7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2C79DC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  <w:tr w:rsidR="009960F9" w14:paraId="478B4981" w14:textId="77777777"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5A4C6E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32DFD1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6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C1362F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487A13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7FEBF0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  <w:tr w:rsidR="009960F9" w14:paraId="0708E05B" w14:textId="77777777"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8FA252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52F011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6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D09292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93AF14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B0430B" w14:textId="77777777" w:rsidR="009960F9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</w:tbl>
    <w:p w14:paraId="7A93B0FD" w14:textId="77777777" w:rsidR="009960F9" w:rsidRDefault="00000000">
      <w:r>
        <w:rPr>
          <w:sz w:val="18"/>
        </w:rPr>
        <w:t>Accessories included   ☐ Chargers   ☐ Keyboards   ☐ Mice   ☐ Cables   ☐ Other __________</w:t>
      </w:r>
    </w:p>
    <w:p w14:paraId="0EF9C104" w14:textId="77777777" w:rsidR="009960F9" w:rsidRDefault="00000000">
      <w:r>
        <w:rPr>
          <w:sz w:val="18"/>
        </w:rPr>
        <w:t>Total devices __________   Additional inventory attached   ☐ Yes   ☐ No</w:t>
      </w:r>
    </w:p>
    <w:p w14:paraId="1E6E6789" w14:textId="77777777" w:rsidR="009960F9" w:rsidRDefault="00000000">
      <w:r>
        <w:br w:type="page"/>
      </w:r>
    </w:p>
    <w:p w14:paraId="0C86A546" w14:textId="77777777" w:rsidR="009960F9" w:rsidRDefault="00000000">
      <w:r>
        <w:rPr>
          <w:sz w:val="24"/>
        </w:rPr>
        <w:lastRenderedPageBreak/>
        <w:t>Tech4Future-MN  |  Minnesota Hardware Drives</w:t>
      </w:r>
    </w:p>
    <w:p w14:paraId="247F323E" w14:textId="77777777" w:rsidR="009960F9" w:rsidRDefault="00000000">
      <w:pPr>
        <w:pStyle w:val="Heading1"/>
      </w:pPr>
      <w:r>
        <w:t>Donation arrangements and acknowledgment</w:t>
      </w:r>
    </w:p>
    <w:p w14:paraId="3EB736C3" w14:textId="77777777" w:rsidR="009960F9" w:rsidRDefault="00000000">
      <w:r>
        <w:t>Donor name ______________________________   Donation reference __________________</w:t>
      </w:r>
    </w:p>
    <w:p w14:paraId="15BCA033" w14:textId="77777777" w:rsidR="009960F9" w:rsidRDefault="00000000">
      <w:pPr>
        <w:pStyle w:val="Heading1"/>
      </w:pPr>
      <w:r>
        <w:t>3  Donation method</w:t>
      </w:r>
    </w:p>
    <w:p w14:paraId="005A7157" w14:textId="77777777" w:rsidR="009960F9" w:rsidRDefault="00000000">
      <w:r>
        <w:rPr>
          <w:sz w:val="22"/>
        </w:rPr>
        <w:t>☐ Drop-off   ☐ Mail or courier   ☐ Request pickup</w:t>
      </w:r>
    </w:p>
    <w:p w14:paraId="28BABB8C" w14:textId="77777777" w:rsidR="009960F9" w:rsidRDefault="00000000">
      <w:r>
        <w:rPr>
          <w:sz w:val="18"/>
        </w:rPr>
        <w:t>Drop-off and shipping require prior confirmation. Pickup depends on equipment volume, location, and collection capacity.</w:t>
      </w:r>
    </w:p>
    <w:p w14:paraId="1EB9B265" w14:textId="77777777" w:rsidR="009960F9" w:rsidRDefault="00000000">
      <w:r>
        <w:t>Preferred date and time  _______________________________________________</w:t>
      </w:r>
    </w:p>
    <w:p w14:paraId="54FD87F5" w14:textId="77777777" w:rsidR="009960F9" w:rsidRDefault="00000000">
      <w:r>
        <w:t>Pickup address if different  ___________________________________________</w:t>
      </w:r>
    </w:p>
    <w:p w14:paraId="1D55B5D8" w14:textId="77777777" w:rsidR="009960F9" w:rsidRDefault="00000000">
      <w:r>
        <w:t>On-site contact and phone  _____________________________________________</w:t>
      </w:r>
    </w:p>
    <w:p w14:paraId="7C2DF243" w14:textId="77777777" w:rsidR="009960F9" w:rsidRDefault="00000000">
      <w:r>
        <w:t>Access details stairs parking or loading instructions  _________________</w:t>
      </w:r>
    </w:p>
    <w:p w14:paraId="09B3E988" w14:textId="77777777" w:rsidR="009960F9" w:rsidRDefault="00000000">
      <w:pPr>
        <w:pStyle w:val="Heading1"/>
      </w:pPr>
      <w:r>
        <w:t>4  Device preparation checklist</w:t>
      </w:r>
    </w:p>
    <w:p w14:paraId="5612BD2E" w14:textId="77777777" w:rsidR="009960F9" w:rsidRDefault="00000000">
      <w:r>
        <w:rPr>
          <w:sz w:val="18"/>
        </w:rPr>
        <w:t>Check the items completed before handover. If you need help, tell our team before donating.</w:t>
      </w:r>
    </w:p>
    <w:p w14:paraId="27F05F16" w14:textId="77777777" w:rsidR="009960F9" w:rsidRDefault="00000000">
      <w:r>
        <w:t>☐ Important files backed up and personal information removed</w:t>
      </w:r>
    </w:p>
    <w:p w14:paraId="4B7C8C82" w14:textId="77777777" w:rsidR="009960F9" w:rsidRDefault="00000000">
      <w:r>
        <w:t>☐ Accounts signed out and device locks disabled</w:t>
      </w:r>
    </w:p>
    <w:p w14:paraId="042735F1" w14:textId="77777777" w:rsidR="009960F9" w:rsidRDefault="00000000">
      <w:r>
        <w:t>☐ Tablet activation locks removed</w:t>
      </w:r>
    </w:p>
    <w:p w14:paraId="6F4D0270" w14:textId="77777777" w:rsidR="009960F9" w:rsidRDefault="00000000">
      <w:r>
        <w:t>☐ Compatible chargers included when available</w:t>
      </w:r>
    </w:p>
    <w:p w14:paraId="7863831D" w14:textId="77777777" w:rsidR="009960F9" w:rsidRDefault="00000000">
      <w:r>
        <w:t>Preparation concerns or assistance requested  __________________________</w:t>
      </w:r>
    </w:p>
    <w:p w14:paraId="1CA9D644" w14:textId="77777777" w:rsidR="009960F9" w:rsidRDefault="00000000">
      <w:pPr>
        <w:pStyle w:val="Heading1"/>
      </w:pPr>
      <w:r>
        <w:t>5  Donor acknowledgment</w:t>
      </w:r>
    </w:p>
    <w:p w14:paraId="3A8DA361" w14:textId="77777777" w:rsidR="009960F9" w:rsidRDefault="00000000">
      <w:r>
        <w:t>I confirm that I own this equipment or am authorized to donate it. The equipment and condition details provided are accurate to the best of my knowledge. I understand that acceptance depends on assessment and suitability for refurbishment and student use. I will discuss unresolved account locks or data concerns with the team before handover. Submitting this form does not confirm acceptance or guarantee pickup.</w:t>
      </w:r>
    </w:p>
    <w:p w14:paraId="66C18E50" w14:textId="77777777" w:rsidR="009960F9" w:rsidRDefault="00000000">
      <w:r>
        <w:t>I consent to being contacted about this donation and its collection or delivery arrangements. Any receipt records the equipment received; this form does not assign a monetary value or establish tax deductibility.</w:t>
      </w:r>
    </w:p>
    <w:p w14:paraId="2A7D773E" w14:textId="77777777" w:rsidR="009960F9" w:rsidRDefault="00000000">
      <w:r>
        <w:t>☐ I have read and acknowledge the statements above.</w:t>
      </w:r>
    </w:p>
    <w:p w14:paraId="2A5459BF" w14:textId="77777777" w:rsidR="009960F9" w:rsidRDefault="00000000">
      <w:r>
        <w:t>Donor or authorized representative signature  __________________________</w:t>
      </w:r>
    </w:p>
    <w:p w14:paraId="0103AE29" w14:textId="77777777" w:rsidR="009960F9" w:rsidRDefault="00000000">
      <w:r>
        <w:t>Printed name  __________________________________________________________</w:t>
      </w:r>
    </w:p>
    <w:p w14:paraId="053D1019" w14:textId="77777777" w:rsidR="009960F9" w:rsidRDefault="00000000">
      <w:r>
        <w:t>Date ____________________    Donation acknowledgment requested   ☐ Yes   ☐ No</w:t>
      </w:r>
    </w:p>
    <w:p w14:paraId="129F4137" w14:textId="77777777" w:rsidR="009960F9" w:rsidRDefault="00000000">
      <w:pPr>
        <w:pStyle w:val="Heading1"/>
      </w:pPr>
      <w:r>
        <w:t>6  Staff use only</w:t>
      </w:r>
    </w:p>
    <w:p w14:paraId="02958773" w14:textId="77777777" w:rsidR="009960F9" w:rsidRDefault="00000000">
      <w:r>
        <w:rPr>
          <w:sz w:val="18"/>
        </w:rPr>
        <w:t>Received by ___________________________   Date and time ______________________</w:t>
      </w:r>
    </w:p>
    <w:p w14:paraId="3D79FE48" w14:textId="77777777" w:rsidR="009960F9" w:rsidRDefault="00000000">
      <w:r>
        <w:rPr>
          <w:sz w:val="18"/>
        </w:rPr>
        <w:t>Devices received ________   Inventory checked   ☐ Yes   ☐ No   Receipt ID ______________</w:t>
      </w:r>
    </w:p>
    <w:p w14:paraId="0C1CE257" w14:textId="77777777" w:rsidR="009960F9" w:rsidRDefault="00000000">
      <w:r>
        <w:rPr>
          <w:sz w:val="18"/>
        </w:rPr>
        <w:t>Assessment status   ☐ Pending   ☐ Accepted   ☐ Partially accepted   ☐ Declined</w:t>
      </w:r>
    </w:p>
    <w:p w14:paraId="4B23D98E" w14:textId="77777777" w:rsidR="009960F9" w:rsidRDefault="00000000">
      <w:r>
        <w:t>Assessment notes and follow-up action  _________________________________</w:t>
      </w:r>
    </w:p>
    <w:p w14:paraId="395DEE09" w14:textId="77777777" w:rsidR="009960F9" w:rsidRDefault="00000000">
      <w:r>
        <w:rPr>
          <w:sz w:val="16"/>
        </w:rPr>
        <w:t>Retain with the donation inventory and receipt. Do not record device passwords on this form.</w:t>
      </w:r>
    </w:p>
    <w:sectPr w:rsidR="009960F9" w:rsidSect="00034616"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E6BED" w14:textId="77777777" w:rsidR="00CD2040" w:rsidRDefault="00CD2040">
      <w:pPr>
        <w:spacing w:after="0"/>
      </w:pPr>
      <w:r>
        <w:separator/>
      </w:r>
    </w:p>
  </w:endnote>
  <w:endnote w:type="continuationSeparator" w:id="0">
    <w:p w14:paraId="0C36F955" w14:textId="77777777" w:rsidR="00CD2040" w:rsidRDefault="00CD20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8155" w14:textId="77777777" w:rsidR="009960F9" w:rsidRDefault="00000000">
    <w:r>
      <w:rPr>
        <w:sz w:val="16"/>
      </w:rPr>
      <w:t>Tech4Future-</w:t>
    </w:r>
    <w:proofErr w:type="gramStart"/>
    <w:r>
      <w:rPr>
        <w:sz w:val="16"/>
      </w:rPr>
      <w:t>MN  •</w:t>
    </w:r>
    <w:proofErr w:type="gramEnd"/>
    <w:r>
      <w:rPr>
        <w:sz w:val="16"/>
      </w:rPr>
      <w:t xml:space="preserve">  Equipment Donation </w:t>
    </w:r>
    <w:proofErr w:type="gramStart"/>
    <w:r>
      <w:rPr>
        <w:sz w:val="16"/>
      </w:rPr>
      <w:t>Form  |</w:t>
    </w:r>
    <w:proofErr w:type="gramEnd"/>
    <w:r>
      <w:rPr>
        <w:sz w:val="16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454BF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76DB1" w14:textId="77777777" w:rsidR="00CD2040" w:rsidRDefault="00CD2040">
      <w:pPr>
        <w:spacing w:after="0"/>
      </w:pPr>
      <w:r>
        <w:separator/>
      </w:r>
    </w:p>
  </w:footnote>
  <w:footnote w:type="continuationSeparator" w:id="0">
    <w:p w14:paraId="5805AE06" w14:textId="77777777" w:rsidR="00CD2040" w:rsidRDefault="00CD20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276052">
    <w:abstractNumId w:val="8"/>
  </w:num>
  <w:num w:numId="2" w16cid:durableId="1645621371">
    <w:abstractNumId w:val="6"/>
  </w:num>
  <w:num w:numId="3" w16cid:durableId="719135774">
    <w:abstractNumId w:val="5"/>
  </w:num>
  <w:num w:numId="4" w16cid:durableId="1058475921">
    <w:abstractNumId w:val="4"/>
  </w:num>
  <w:num w:numId="5" w16cid:durableId="771826889">
    <w:abstractNumId w:val="7"/>
  </w:num>
  <w:num w:numId="6" w16cid:durableId="1949317489">
    <w:abstractNumId w:val="3"/>
  </w:num>
  <w:num w:numId="7" w16cid:durableId="871650570">
    <w:abstractNumId w:val="2"/>
  </w:num>
  <w:num w:numId="8" w16cid:durableId="455103896">
    <w:abstractNumId w:val="1"/>
  </w:num>
  <w:num w:numId="9" w16cid:durableId="189288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4BF5"/>
    <w:rsid w:val="009960F9"/>
    <w:rsid w:val="00AA1D8D"/>
    <w:rsid w:val="00B47730"/>
    <w:rsid w:val="00CB0664"/>
    <w:rsid w:val="00CD2040"/>
    <w:rsid w:val="00DC4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49EC88"/>
  <w14:defaultImageDpi w14:val="300"/>
  <w15:docId w15:val="{C9F0D2FB-0F2A-494C-A5DB-3F48A60A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Neese, Chester T</cp:lastModifiedBy>
  <cp:revision>2</cp:revision>
  <dcterms:created xsi:type="dcterms:W3CDTF">2026-10-01T04:12:00Z</dcterms:created>
  <dcterms:modified xsi:type="dcterms:W3CDTF">2026-10-01T04:12:00Z</dcterms:modified>
  <cp:category/>
</cp:coreProperties>
</file>